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ברוכים הבאים לאתר ללימוד 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האתר ואת המסלולים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הרכיבים שיש בכל יחידת 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להתרגל באוצר מילים הקשור ללמידה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סיפור, הקראה, כרטיסי מילים ומשימות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11284 / 11274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באתר שבכל יחידה יש סיפור עם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המשימות מזכות בכוכבים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בתיאור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מסלול יסודי הוא לכיתות א עד ו, חט"ב הוא ז עד 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5 יחידות תרגול מלאות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סמל לפירוש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(טקסטים עם ניקוד שעוזר בקריאה)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(הקראה לכל משפט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(תרגילים ומשחקים ללמידה)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(אוסף מילים אישי ופרסים על הצלחה)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(דוד ואנה מספרים על שבוע העלייה)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המזכירה מסלול, גיל מתאים ונימוק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המזכירה סיפור, מילים או משימה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 מסלולים: יסודי, חט"ב וחט"ע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דוד ואנה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דף הבית במקרן לפני התרגול כדי שהתלמידים יראו את המבנה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להתמקד בחלקי מילוי החסר וההתאמה לפני המשימות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שיח קצר בעברית על בחירת המסלול המועדף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ברוכים הבאים לאתר ללימוד 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האתר בנוי ממסלולי לימוד לפי גיל, ובכל יחידה יש סיפור עם הקראה, כרטיסי מילים ומשימות שמזכות בכוכבים. בדף הזה נתרגל להכיר את המבנה הזה.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מסלולי לימוד עיקריים יש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רמות יש בכל מסלול?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יחידות יש במסלול יסודי?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כולל כל יחידה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סיפור, הקראה, כרטיסי מילים ומשימות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יחידות יש במסלול חט"ע?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מספרי השאלונים בהכנה לבגרות בלשון לעולים?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11284 / 11274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12345 / 54321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11111 / 22222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10000 / 20000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יחידה יש סיפור עם הקראה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לקבל כוכבים על השלמת משימות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בסרטון מספרים דוד ואנה על שבוע העלייה שלהם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יסודי מיועד לכיתות ז עד 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בהכנה לבגרות בלשון יש 3 יחידות תרגול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מסלול יסודי מיועד לכיתות א עד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מסלול חט"ב מיועד לכיתות __________ עד 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בכל יחידה יש סיפור עם __________ שעוזרת לשמוע את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שמשלים משימות מקבל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בסרטון מספרים __________ ואנה על שבוע העלייה שלהם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סמל לפירוש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📖 טקסטים מנוקדים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אוסף מילים אישי ופרסים על הצלחה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🔊 הקראה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תרגילים ומשחקים ללמידה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🧩 משחקים ומשימות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הקראה לכל משפט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⭐ המילים שלי וכוכבים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דוד ואנה מספרים על שבוע העלייה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🎬 הסרטון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טקסטים עם ניקוד שעוזר בקריאה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מסלול הייתם בוחרים ללמוד בו, ולמה? כתבו 3-4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מה אתם מצפים למצוא ביחידה הראשונה שלכם באתר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מסלולי לימוד יש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מקבלים כשמשלימים משימה?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מספר בסרטון על שבוע העלייה?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ברוכים הבאים לאתר ללימוד 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