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המסלולים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הרכיבים שיש בכל 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באוצר מילים הקשור ללמידה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סיפור, הקראה, כרטיסי מילים ומשימות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11284 / 11274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באתר שבכל יחידה יש סיפור עם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המשימות מזכות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מסלול יסודי הוא לכיתות א עד ו, חט"ב הוא ז עד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5 יחידות תרגול מלאות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(טקסטים עם ניקוד שעוזר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(הקראה לכל משפט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(תרגילים ומשחקים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(אוסף מילים אישי ופרסים על הצלחה)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(דוד ואנה מספרים על שבוע 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מסלול, גיל מתאים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סיפור, מילים או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מסלולים: יסודי, חט"ב וחט"ע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דוד ואנה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הבית במקרן לפני התרגול כדי שהתלמידים יראו את המבנה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מילוי החסר וההתאמה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בעברית על בחירת המסלול המועדף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כמה דרכי לימוד לפי הגיל שלכם. בכל שיעור יש סיפור, מילים חדשות ומשימות. כשמשלימים משימה מקבלים כוכב.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לימוד לפי גיל של 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קושי בתוך המסלול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לימוד אחד באתר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שקורא את הטקסט בקול רם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כרטיסים קטנים ללימוד מילים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שמקבלים על השלמת 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לקריאה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קטן לתרגול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 לימוד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 קושי יש בכל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שיעורים יש במסלול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סיפור, הקראה, כרטיסי מילים ומשימות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שיעורים יש במסלול התיכון הגבוה?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המספרים של מבחני הבגרות?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11284 / 11274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12345 / 54321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11111 / 22222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 / 20000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סיפור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כוכבים על השלמת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מספרים דוד ואנה על שבוע העלייה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יסודי מיועד לכיתות ז עד 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בהכנה לבגרות בלשון יש 3 יחידות 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יסודי מיועד לכיתות א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חט"ב מיועד לכיתות __________ עד 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יחידה יש סיפור עם __________ שעוזרת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שמשלים משימות מקבל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בסרטון מספרים __________ ואנה על שבוע העלייה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סמל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📖 טקסטים מנוקדים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תרגילים ומשחקים ללמידה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אוסף מילים אישי ופרסים על הצלחה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🧩 משחקים ומשימות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דוד ואנה מספרים על שבוע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המילים שלי וכוכבים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הקראה לכל משפט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🎬 הסרטון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טקסטים עם ניקוד שעוזר בקריאה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מסלול הייתם בוחרים ללמוד בו,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אתם מצפים למצוא ביחידה הראשונה שלכם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 לימוד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מקבלים כשמשלימים 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בסרטון על שבוע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ברוכים הבאים לאתר ללימוד 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