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ברוכים הבאים לאתר ללימוד 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המסלולים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הרכיבים שיש בכל יחידת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באוצר מילים הקשור ללמידה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באתר שבכל יחידה יש סיפור עם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המשימות מזכות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סמל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(טקסטים עם ניקוד שעוזר בקריאה)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(הקראה לכל משפט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(תרגילים ומשחקים ללמידה)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(אוסף מילים אישי ופרסים על הצלחה)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מסלול, גיל מתאים ונימוק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מסלולים: יסודי, חט"ב וחט"ע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דוד ואנה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הבית במקרן לפני התרגול כדי שהתלמידים יראו את המבנה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בחלקי מילוי החסר וההתאמה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 קצר בעברית על בחירת המסלול המועדף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ברוכים הבאים לאתר ללימוד 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האתר בנוי ממסלולי לימוד לפי גיל, ובכל יחידה יש סיפור עם הקראה, כרטיסי מילים ומשימות שמזכות בכוכבים. בדף הזה נתרגל להכיר את המבנה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כוכבים  ·  הקראה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מסלולי לימוד עיקריים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רמות יש בכל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יחידה יש סיפור עם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לקבל כוכבים על השלמת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מספרים דוד ואנה על שבוע העלייה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יחידה יש סיפור עם __________ שעוזרת לשמוע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שמשלים משימות מקבל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סמל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📖 טקסטים מנוקדים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אוסף מילים אישי ופרסים על הצלחה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🔊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טקסטים עם ניקוד שעוזר בקריאה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🧩 משחקים ומשימות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הקראה לכל משפט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⭐ המילים שלי וכוכבים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תרגילים ומשחקים ללמידה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מסלול הייתם בוחרים ללמוד בו, ולמה?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מסלולי לימוד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מקבלים כשמשלימים 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ברוכים הבאים לאתר ללימוד 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